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[NOMBRE DE LA EMPRESA]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[Identificación] · [Dirección] · [Ciudad]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[Teléfono] · [Correo electrónico] · [Sitio web]</w:t>
      </w:r>
    </w:p>
    <w:p>
      <w:pPr>
        <w:spacing w:after="160"/>
        <w:pBdr>
          <w:bottom w:val="single" w:sz="8" w:space="4" w:color="A6A6A6"/>
        </w:pBdr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[Ciudad], [DD/MM/AAAA]</w:t>
      </w: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6"/>
        </w:rPr>
        <w:t>MEMORANDO DE ENTENDIMIENTO</w:t>
      </w:r>
    </w:p>
    <w:p>
      <w:pPr>
        <w:spacing w:after="120"/>
        <w:pBdr>
          <w:bottom w:val="single" w:sz="6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Partes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[Parte 1]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[Documento]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[Representante]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[Cargo]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[Parte 2]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[Documento]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[Representante]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[Cargo]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Objeto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Las partes manifiestan su interés en [colaboración, proyecto o relación comercial prevista] en los términos generales que se describen a continuación.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Compromisos de las partes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Parte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Compromiso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[Parte 1]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[Compromiso de la primera parte]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[Parte 2]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[Compromiso de la segunda parte]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[Ambas]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[Aporte conjunto: información, personal, instalaciones]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Vigencia y terminación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inicio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terminación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Aviso para terminar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Carácter del documento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Este memorando expresa la intención de las partes y no las obliga a ejecutar lo aquí previsto: cada obligación se hará exigible cuando se firme el contrato o el documento definitivo correspondiente. Cualquiera de las partes puede darlo por terminado avisando por escrito.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Firmas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Copia: [archivo de cada parte]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Es un documento de intención, no un contrato. Si el proyecto avanza, el siguiente paso es el contrato definitivo; revíselo con su asesor antes de firmar.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Memorando de entendimiento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Memorando de entendimiento</dc:title>
  <dc:subject>Memorando de entendimiento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