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EVENT INVITATION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Card with date, place, a short programme and an RSVP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Event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Event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Occasion (anniversary / opening / training / wedding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is inviting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Host's contact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Date, time and place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Venue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Landmark to find 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Parking (Yes / No / On the street)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Wheelchair access (Yes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Short programme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Time</w:t>
            </w:r>
          </w:p>
        </w:tc>
        <w:tc>
          <w:tcPr>
            <w:tcW w:type="dxa" w:w="759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[Start time]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[Welcome and guest check-in]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[Time]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[Opening words]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[Time]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[Main activity]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[Time]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[Refreshments or dinner]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[Time]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[Closing and thanks]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Dress code and practical notes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Dress code (formal / casual / sportswear / according to the weather)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what is practical: whether to bring anything, whether the venue is cold or outdoors, whether children are invited, whether there is dinner or only a snack.]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RSVP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[The RSVP is what lets you work out food, chairs and materials. Ask for it with a deadline and say what it is for: 'please confirm before [date] so we can keep your place'.]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to reply 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(phone / email / message)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By when to reply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details to give when replying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Notes for guests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[Gifts, companions, pets, recommended arrival time, parking, what happens if it rains.]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Text ready to send by message or email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the short version of the invitation here, with the five details that cannot be missing: what it is, when, where, who is inviting and by when to confirm.]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HOST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Event invitation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un evento</dc:title>
  <dc:subject>Invitación con programa y confirmación de asistencia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