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404040"/>
            <w:tcMar>
              <w:top w:w="70" w:type="dxa"/>
              <w:left w:w="110" w:type="dxa"/>
              <w:bottom w:w="70" w:type="dxa"/>
              <w:right w:w="11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23"/>
              </w:rPr>
              <w:t>LEAVE REQUEST AND AUTHORISATION FORM</w:t>
            </w:r>
          </w:p>
        </w:tc>
      </w:tr>
    </w:tbl>
    <w:p>
      <w:pPr>
        <w:spacing w:after="40"/>
      </w:pPr>
    </w:p>
    <w:p>
      <w:r>
        <w:rPr>
          <w:rFonts w:ascii="Calibri" w:hAnsi="Calibri" w:cs="Calibri"/>
          <w:b w:val="0"/>
          <w:i/>
          <w:color w:val="595959"/>
          <w:sz w:val="19"/>
        </w:rPr>
        <w:t>Form to request time off, approve it and record how the work is covered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Document code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[PR-___]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Version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1.0</w:t>
            </w:r>
          </w:p>
        </w:tc>
      </w:tr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Date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[DD/MM/YYYY]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Document owner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1. Employee details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Employee name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ID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Position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Area or process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Line manager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Start date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[DD/MM/YYYY]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2. Details of the leave requested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Type of leave (personal / medical appointment / family emergency / statutory leave / study / other)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Time requested (hours or days)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From (date and time)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To (date and time)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Reason for the request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Notes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3. How the work is covered during the absence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Who handles the work while away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Pending tasks or deliverables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r>
        <w:rPr>
          <w:rFonts w:ascii="Calibri" w:hAnsi="Calibri" w:cs="Calibri"/>
          <w:b w:val="0"/>
          <w:i/>
          <w:color w:val="262626"/>
          <w:sz w:val="20"/>
        </w:rPr>
        <w:t>What was handed over before leaving (keys, cash, documents, access)</w:t>
      </w:r>
    </w:p>
    <w:p>
      <w:r>
        <w:rPr>
          <w:rFonts w:ascii="Calibri" w:hAnsi="Calibri" w:cs="Calibri"/>
          <w:b w:val="0"/>
          <w:i/>
          <w:color w:val="262626"/>
          <w:sz w:val="20"/>
        </w:rPr>
        <w:t>[ 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4. Supporting documents attached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[Medical order, certificate or appointment letter]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[Document supporting the emergency]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[Other evidence of the reason given]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5. Line manager's decision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Decision (approved / partially approved / not approved)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Is the time paid? (Yes / No / To be confirmed)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Is the time made up? (Yes / No) — how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Name and signature of the line manager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r>
        <w:rPr>
          <w:rFonts w:ascii="Calibri" w:hAnsi="Calibri" w:cs="Calibri"/>
          <w:b w:val="0"/>
          <w:i/>
          <w:color w:val="262626"/>
          <w:sz w:val="20"/>
        </w:rPr>
        <w:t>Conditions of the approval</w:t>
      </w:r>
    </w:p>
    <w:p>
      <w:r>
        <w:rPr>
          <w:rFonts w:ascii="Calibri" w:hAnsi="Calibri" w:cs="Calibri"/>
          <w:b w:val="0"/>
          <w:i/>
          <w:color w:val="262626"/>
          <w:sz w:val="20"/>
        </w:rPr>
        <w:t>[ 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6. Employee acknowledgement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I received a copy of this request and I am aware of the decision and the conditions. I undertake to provide the supporting documents and to catch up on the pending work.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7. Human resources record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Received by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Date received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[DD/MM/YYYY]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Human resources notes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</w:tcPr>
          <w:p/>
        </w:tc>
        <w:tc>
          <w:tcPr>
            <w:tcW w:type="dxa" w:w="2409"/>
          </w:tcPr>
          <w:p/>
        </w:tc>
      </w:tr>
    </w:tbl>
    <w:p>
      <w:pPr>
        <w:spacing w:after="40"/>
      </w:pP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3213"/>
        <w:gridCol w:w="3213"/>
        <w:gridCol w:w="3213"/>
      </w:tblGrid>
      <w:tr>
        <w:tc>
          <w:tcPr>
            <w:tcW w:type="dxa" w:w="3213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EMPLOYEE SIGNATURE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Full name, ID and signature</w:t>
            </w:r>
          </w:p>
        </w:tc>
        <w:tc>
          <w:tcPr>
            <w:tcW w:type="dxa" w:w="3213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LINE MANAGER SIGNATURE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Name, position and signature</w:t>
            </w:r>
          </w:p>
        </w:tc>
        <w:tc>
          <w:tcPr>
            <w:tcW w:type="dxa" w:w="3213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HUMAN RESOURCES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Name, position and signature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Once signed, file this document with its attachments in the area folder. Keep a copy for each of the signing parties.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  <w:pBdr>
        <w:top w:val="single" w:sz="4" w:space="4" w:color="A6A6A6"/>
      </w:pBdr>
    </w:pPr>
    <w:r/>
    <w:r>
      <w:rPr>
        <w:rFonts w:ascii="Calibri" w:hAnsi="Calibri" w:cs="Calibri"/>
        <w:b w:val="0"/>
        <w:i w:val="0"/>
        <w:color w:val="595959"/>
        <w:sz w:val="16"/>
      </w:rPr>
      <w:t xml:space="preserve">[Company name] · Leave request    </w:t>
    </w:r>
    <w:r>
      <w:rPr>
        <w:rFonts w:ascii="Calibri" w:hAnsi="Calibri" w:cs="Calibri"/>
        <w:b w:val="0"/>
        <w:i w:val="0"/>
        <w:color w:val="595959"/>
        <w:sz w:val="16"/>
      </w:rPr>
      <w:t xml:space="preserve">Page </w:t>
    </w:r>
    <w:fldSimple w:instr="PAGE">
      <w:r>
        <w:rPr>
          <w:sz w:val="16"/>
          <w:color w:val="595959"/>
        </w:rPr>
        <w:t>1</w:t>
      </w:r>
    </w:fldSimple>
    <w:r/>
    <w:r>
      <w:rPr>
        <w:rFonts w:ascii="Calibri" w:hAnsi="Calibri" w:cs="Calibri"/>
        <w:b w:val="0"/>
        <w:i w:val="0"/>
        <w:color w:val="595959"/>
        <w:sz w:val="16"/>
      </w:rPr>
      <w:t xml:space="preserve"> of </w:t>
    </w:r>
    <w:fldSimple w:instr="NUMPAGES">
      <w:r>
        <w:rPr>
          <w:sz w:val="16"/>
          <w:color w:val="595959"/>
        </w:rPr>
        <w:t>1</w:t>
      </w:r>
    </w:fldSimple>
    <w:r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/>
    </w:pPr>
    <w:rPr>
      <w:rFonts w:ascii="Calibri" w:hAnsi="Calibri" w:cs="Calibri" w:eastAsia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Permiso laboral o licencia</dc:title>
  <dc:subject>Solicitud y autorización de permiso laboral</dc:subject>
  <dc:creator>Kardex Tauro</dc:creator>
  <cp:keywords/>
  <dc:description>Plantilla gratuita de kardex-tauro.muisca.co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