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LOCAÇÃO COMERCIAL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Modelo geral para locar um ponto comercial onde se exerce uma atividade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[AL-___]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contrato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e data da assinatura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(escrito / verbal)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Vias assinadas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LOCADOR (quem entrega o ponto)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LOCATÁRIO (quem recebe o ponto)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comercial do locatário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Ponto comercial objeto da locação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 do ponto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ou município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aproximada em metros quadrados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 ou número de matrícula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Contas de consumo disponíveis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Anexos (vitrine, depósito, vaga)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na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Destinação e atividade autorizada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ponto destina-se apenas à atividade comercial aqui escrita. Qualquer mudança de atividade exige autorização escrita do locador e, quando for o caso, a atualização das licenças de funcionamento do locatário.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Atividade comercial autorizada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comercial do locatário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Aluguel e forma de pagamento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ou forma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Aluguel mensal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Moeda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Dia de pagamento de cada mês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 de pagamento combinada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Reajuste anual combinado (em por cento)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Encargo por atraso (descritivo)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Depósito ou garantia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entregue como depósito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 pode ser aplicado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e quando é devolvido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Prazo, renovação e aviso prévio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Renovação combinada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Aviso prévio para encerrar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Obrigações do locador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o ponto na data e no estado combinados, com as contas em dia.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o ponto em condições de servir ao uso comercial ajustado.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Assumir os reparos necessários que não decorram de mau uso.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Respeitar o aluguel e o prazo combinados enquanto o contrato estiver vigente.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cópia assinada do contrato e do termo de vistoria.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Obrigações do locatário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o aluguel no prazo e na forma combinados.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Usar o ponto apenas para a atividade autorizada, conservá-lo e mantê-lo limpo.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em dia as contas de consumo, a taxa de condomínio e os gastos que lhe cabem.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em dia as licenças, alvarás e seguros da atividade que exerce.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fazer obras, letreiros nem mudanças de fachada sem autorização escrita.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Cumprir os horários, o regulamento do imóvel e as regras de segurança do local.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Devolver o ponto ao final do contrato, retirando seus móveis e letreiros.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Contas de consumo, taxas e outros gastos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Contas de consumo do locatário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Taxa de condomínio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Outros gastos e quem paga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Obras, benfeitorias e devolução do ponto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locatário recebe o ponto no estado registrado no termo de vistoria. Obras, letreiros, mobiliário fixo e reformas menores exigem autorização escrita do locador; ao final do contrato as partes combinam o que é retirado e o que fica. As benfeitorias que permanecem em benefício do ponto não são indenizadas, salvo ajuste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Cessão, sublocação e mudança de atividade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locatário não pode ceder o contrato, sublocar o ponto nem mudar a atividade sem autorização escrita do locador. O locador permitirá vistorias avisadas com antecedência razoável.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Rescisão do contrato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contrato termina pelo fim do prazo, por acordo das partes, por descumprimento das obrigações aqui ajustadas ou pelas hipóteses previstas no termo de vistoria e nos documentos anexos.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Conflitos e endereço para avisos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 partes tentarão resolver qualquer divergência diretamente e, se não conseguirem, usarão os meios de solução de conflitos que tenham combinado por escrito. Para todos os efeitos, fixam como domicílio a cidade do cabeçalho.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15. Declarações finais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 partes declaram que leram este documento, que entendem o seu alcance e que o assinam de forma livre e voluntária. O que não ficou escrito aqui não as obriga.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LOCADOR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ou CNPJ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LOCATÁRIO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ou CNPJ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Locação comercial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arrendamiento de local comercial</dc:title>
  <dc:subject>Contrato de arrendamiento de local comercial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