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PERSONAL DATA PROTECTION POLICY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Purpose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company explains how it collects, uses, stores and protects the personal data of customers, suppliers, employees and visitors, and how each person can exercise their rights over that information.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Scope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[It applies to all personal data handled by the company in any medium: paper, digital, email, forms, cameras and systems.]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Definitions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[Data subject: the person the data belongs to]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[Personal data: information that identifies or can identify a person]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[Sensitive data: information affecting privacy, such as health or biometric data]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[Processing: any use of the data (collection, storage, use, transfer, deletion)]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[Processor: a third party that handles data on behalf of the company]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Principles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Purpose: data is used only for the purpose notified to the data subject.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Necessity: only what is strictly needed is collected.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Accuracy: data is kept up to date and corrected when requested.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Security: data is protected with technical and human measures.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Confidentiality: only those who need the data for their work can access it.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Transparency: the data subject knows what their data is used for.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Purposes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[Sales management, invoicing and collection]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[Handling requests, complaints and claims]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[Recruitment and management of the employment relationship]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[Security of people and property through cameras]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[Sending commercial information, if the data subject authorised it]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Rights of the data subject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 know what data the company holds and what it is used for.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 update and correct information that is wrong.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 request proof of the authorisation given.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 request deletion when there is no duty to keep it.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 withdraw the authorisation and object to a particular use.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 lodge complaints with the company or with the data protection authority.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How to exercise your rights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Channel to exercise rights (email, address or form)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Promised response time ([number] working days)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 responsible for handling requests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Security measures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Access restricted by user and password.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Backups and a log of who looks at the information.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Desks and filing cabinets locked outside working hours.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Confidentiality commitment signed by staff.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Secure destruction of documents that are no longer needed.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Processors and third parties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Processors or third parties handling data (accountant, payroll, hosting, courier)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Is data transferred outside the country? (Yes / No / Details)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Validity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 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policy is a general template and is not legal advice: adapt it to your operation and have it reviewed by your lawyer before publishing. Remember to obtain the data subject's authorisation for each purpose and to keep it as evidence.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Personal data protection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tratamiento de datos personales</dc:title>
  <dc:subject>Política de datos personales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