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RELATÓRIO TÉCNICO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foi revisado, como foi revisado, o que se encontrou e o que se recomenda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do relatório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Relatório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elabora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Dirigido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ou evento coberto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relatório (inspeção / diagnóstico / verificação / acompanhamento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do relatório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[Uma ou duas frases: qual pergunta este relatório responde e por que foi solicitado.]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Abrangência e antecedentes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foi revisado e o que ficou fora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Antecedentes e documentos de partida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Limitações encontradas (informação faltante, acesso, tempo)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Como o trabalho foi feito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a informação foi obtida: observação, entrevistas, revisão de registros]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foi medido ou contado, e com qual instrumento ou formulário]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[Durante quanto tempo ou em quantas visitas]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[Quem acompanhou ou validou a coleta das informações]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Constatações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Constatação ou resultado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ou comprovante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Magnitude ou diferença observada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foi observado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Análise das constatações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Causa provável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Consequência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a causa foi comprovada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Conclusões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[Primeira conclusão, sustentada pelas constatações]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[Segunda conclusão, sustentada pelas constatações]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[Terceira conclusão, sustentada pelas constatações]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Recomendações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Recomendação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 sugerido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Prioridade (alta / média / baixa)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 sugerido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Anexos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[Liste os anexos: fotografias, plantas, listagens, medições, atas, e-mails e qualquer comprovante das constatações.]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Quem elabora responde pelas informações registradas e pelos comprovantes anexos. Quem revisa atesta que o relatório atende ao solicitado.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REVISA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Relatório técnico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técnico</dc:title>
  <dc:subject>Informe técnico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