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EXAMEN Y CUESTIONARIO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Banco de preguntas con hoja de respuestas y clave de corrección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[EQ-___]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evaluación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 la evaluación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Asignatura o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Curso o grado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Tiempo disponible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Puntaje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Instrucciones para el estudiante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cuántas preguntas hay, cuánto vale cada una, si se permite calculadora o material de apoyo y qué debe hacer si no entiende una pregunta.]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estudiante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evaluación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Preguntas de selección múltiple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Dificultad</w:t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Preguntas de desarrollo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esperada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Puntaje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Hoja de respuestas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true"/>
        </w:trPr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5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6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7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9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10</w:t>
            </w:r>
          </w:p>
        </w:tc>
      </w:tr>
      <w:tr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Clave de corrección y puntajes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 las preguntas abiertas, escriba los puntos que debe contener una respuesta completa, no la respuesta palabra por palabra: así puede calificar dos respuestas distintas que estén bien.]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correcta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Puntaje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Revisión de resultados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[Qué pregunta resultó más difícil, qué tema hay que repasar y qué se ajusta para la próxima evaluación.]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DOCENTE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Examen y cuestionario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y cuestionario</dc:title>
  <dc:subject>Prueba con hoja de respuestas y clave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