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del entrevistador]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 del entrevistador]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empresa]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thank you for the interview on [date] — [position]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Thank you for the time you gave me in the interview on [date] for the position of [position]. It was a conversation that helped me understand [what interested you: the team, the project, the way of working].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After learning more about [company name], I confirm my interest in the role. [Reinforce one specific point: an achievement of yours that answers a need raised in the interview].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am available to provide further information or for a second conversation with the team. You can reach me on [phone] or at [email].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Thank you again for the opportunity.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[Optional: if you agreed to send documents, mention the enclosure.]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Enclosures: [documents agreed in the interview]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[Candidate name] · Post-interview thank you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agradecimiento tras una entrevista</dc:title>
  <dc:subject>Carta de agradecimiento tras una entrevista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