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SOLICITAÇÃO E AUTORIZAÇÃO DE LICENÇA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Formulário para pedir uma ausência, autorizá-la e registrar como o trabalho é coberto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colaborador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da licença solicitada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licença (pessoal / consulta médica / emergência familiar / licença legal / estudo / outra)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Tempo solicitado (horas ou dias)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 (data e hora)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Até (data e hora)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da solicitação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Como o trabalho é coberto durante a ausência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atende o trabalho enquanto o colaborador não está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Tarefas ou entregas pendentes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O que foi entregue antes de sair (chaves, caixa, documentos, acessos)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Documentos anexados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[Atestado, declaração ou comprovante de consulta]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que comprova a emergência]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[Outro comprovante do motivo alegado]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Decisão do gestor imediato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Decisão (aprovada / aprovada parcialmente / não aprovada)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tempo é remunerado? (Sim / Não / A definir)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tempo será reposto? (Sim / Não) — como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e assinatura do 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Condições da aprovação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Ciência do colaborador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Recebi uma via desta solicitação e conheço a decisão e as condições. Comprometo-me a entregar os comprovantes do motivo e a colocar o trabalho pendente em dia.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Registro de recursos humanos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Recebido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recebimento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 de recursos humanos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ASSINATURA DO COLABORADOR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ASSINATURA DO GESTOR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RECURSOS HUMANOS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Licença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Permiso laboral o licencia</dc:title>
  <dc:subject>Solicitud y autorización de permiso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