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AUTORIZAÇÃO PARA MENORES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Permissão por escrito para que um menor viaje, participe de uma atividade ou receba atendimento em urgência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[MN-___]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do menor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 do menor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nascimento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Escola ou instituição (se aplicável)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Quem autoriza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Parentesco ou qualidade (pai / mãe / tutor legal)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Quem é autorizado a acompanhar o menor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 do acompanhante ou responsável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Relação com o menor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 do acompanhante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Detalhe da viagem ou da atividade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Motivo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Cidade de saída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Cidade ou local de destino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ida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volta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Meio de transporte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Onde ficará hospedado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Abrangência da autorização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714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Faculdade concedida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Autoriza? (Sim / Não)</w:t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Viajar acompanhado pela pessoa indicada no item 3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Participar da atividade descrita e das que dela decorrerem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Receber atendimento médico de urgência se surgir uma situação que o exija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Ser buscado pelas pessoas indicadas no item 6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Sair do país apenas nas datas autorizadas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Contatos durante a viagem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e telefone do contato 1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e telefone do contato 2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Observações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[Anote o que for necessário: alergias ou medicamentos que o responsável deva conhecer, autorizações especiais, pessoas que não podem buscar o menor.]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Validade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Esta autorização vale apenas para a viagem ou a atividade descrita no item 4, dentro das datas indicadas.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AUTORIZA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e assinatura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TESTEMUNHA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QUEM RECEBE A AUTORIZAÇÃO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e assinatura</w:t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Aviso importante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[Este formulário é um guia geral de uso interno. Se a viagem cruzar uma fronteira ou a autoridade exigir requisitos próprios, verifique com seu assessor quais formalidades adicionais são necessárias (por exemplo, legalização ou apostila). Este documento não é assessoria jurídica.]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de quem autoriza] · Autorização para menores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Autorización para menores</dc:title>
  <dc:subject>Permiso de viaje o de actividad para un menor de edad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