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SOLICITUD DE VACACIONES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ingreso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solicitud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Datos de la solicitud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 de las vacaciones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finalización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Días solicitados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Días hábiles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Periodo causado o pendiente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reintegro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Aprobación del jefe inmediato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Decisión (aprobada / aprobada con cambio de fechas / no aprobada)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Registro de Talento Humano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Días pendientes antes de la solicitud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Saldo de días después de las vacaciones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reintegro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Radique la solicitud con la anticipación que exija su empresa y verifique el saldo de días antes de firmar: si el saldo no alcanza, conviene acordar otras fechas por escrito.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Solicitud de vacaciones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vacaciones</dc:title>
  <dc:subject>Solicitud de vacaciones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