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[NOME E SOBRENOME]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[Documento de identidade] · [Telefone] · [E-mail]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do candidato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Vaga pretendida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[Telefone] · [E-mail]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Referências profissionais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[Gestor, supervisor ou colega de um emprego anterior. Peça autorização antes de informar os dados.]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 completo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Relação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 ou vínculo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Há quanto tempo conhece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Telefone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E-mail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Autoriza contato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Referências pessoais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[Alguém que não seja parente próximo: professor, vizinho, líder de grupo. Peça autorização antes de informar os dados.]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 completo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Relação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 ou vínculo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Há quanto tempo conhece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Telefone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E-mail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Autoriza contato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Avise suas referências antes de entregar esta folha: se ligarem e elas não souberem quem liga nem por quê, a referência perde força.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Referências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Referencias personales y laborales</dc:title>
  <dc:subject>Referencias personales y laborales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