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RECIBO DE OBRA O SERVICIO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Constancia de que lo contratado se entregó y se revisó, con o sin observaciones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[RO-___]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del acta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 que intervienen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QUIEN ENTREGA (contratista o proveedor)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QUIEN RECIBE (contratante o supervisor)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Contrato o pedido que se recibe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Contrato o pedido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Objeto contratado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del contrato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Valor ejecutado y moneda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 donde se ejecutó el trabajo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Detalle de lo recibido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Descripción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Cantidad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 (bueno / con observaciones / no recibido)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Verificaciones realizadas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 revisó que lo entregado coincide con lo pactado en cantidad y calidad]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 hicieron las pruebas de funcionamiento o de operación necesarias]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 revisaron acabados, presentación y limpieza del sitio]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 recibieron los planos, manuales, garantías y demás documentos]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 verificó el retiro de sobrantes, escombros y equipos de trabajo]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 comprobó que el área quedó en condiciones de uso]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Resultado del recibo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Resultado (recibido a satisfacción / recibido con observaciones / no se recibe)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Sustento del resultado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Pendientes y plazo para corregirlos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Pendiente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Garantía o respaldo entregado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garantía o respaldo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quién se reclama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Observaciones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[Escriba aquí los acuerdos verbales, las condiciones del recibo y cualquier aclaración que deba quedar por escrito.]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ENTREGA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RECIBE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SUPERVISOR O INTERVENTOR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Recibo de obra o servicio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recibo de obra o servicio</dc:title>
  <dc:subject>Acta de recibo de obra o servicio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