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PERFORMANCE REVIEW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Review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Reviewer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Reviewer's position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[Full name]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 reviewed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the review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Scale used (for example 1 to 5)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/ process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Skills and behaviour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Skill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Rating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Evidence or comment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Reliability and punctuality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Quality of work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Teamwork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Initiative and problem solving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Dealing with customers and colleagues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Order, tidiness and self-care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Objectives for the period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Objective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Target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Achievement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Result and comments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Total score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Strengths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Areas to improve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Improvement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Improvement action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Follow-up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[How it will be verified]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19"/>
        </w:rPr>
        <w:t>I confirm that this review was discussed with me, that I talked it through with my reviewer and that I received a copy of the improvement plan.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[employee personnel file]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Discuss the review with the employee before signing: the signature records that they were informed, not that they agree. What the system measures (sales, inventory, order fulfilment) is objective evidence for the period.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Performance review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de desempeño</dc:title>
  <dc:subject>Evaluación de desempeño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