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LAB REPORT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Objective, procedure, data collected and analysis of the practical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[LB-___]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Practical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Name of the practical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Subject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Teacher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Group or section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Group members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Objective of the practical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[What was to be tested or measured. One objective per practical, written with a measurable verb.]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Background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[Two paragraphs at most: the concepts that explain what will be observed and why it is done this way.]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Materials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Material or equipment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Quantity</w:t>
            </w:r>
          </w:p>
        </w:tc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it is for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Procedure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the steps in order so that someone else can repeat the practical without asking you anything. Start every step with the same verb form.]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Data and observations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down what was measured or seen exactly as it came out, with no rounding. If something came out differently than expected, note that too.]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Measurement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Amount or terms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Unit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Observation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Calculations and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Calculation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Formula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Analysis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[Compare the results with the background: do they match? Are there differences? What could explain them?]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Conclusions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[Was the objective met? What was learned? What would you do differently? A conclusion does not repeat the data: it interprets them.]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Sources of error and safety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Source of error</w:t>
            </w:r>
          </w:p>
        </w:tc>
        <w:tc>
          <w:tcPr>
            <w:tcW w:type="dxa" w:w="56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Precaution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STUDENTS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Names and signatures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TEACHER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[Institution name] · Lab report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laboratorio</dc:title>
  <dc:subject>Informe de una práctica de laboratorio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