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LISTA DE PRESENÇA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Registro assinado de quem participou de uma atividade, com os seus dados e a sua assinatura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[LA-___]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atividade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da atividade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Objetivo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Convocada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 ou formato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Facilitador ou quem conduz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Registro de presença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 completo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 ou área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Assinatura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14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Resumo da presença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Convocados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Presentes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Ausentes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Percentual de presença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real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Compromissos e conclusões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[Escreva o que ficou definido no final da atividade: compromissos, responsáveis e prazos. Se não houver, registre que a atividade foi apenas informativa.]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ELABORA A LISTA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APROVA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Cada pessoa assina apenas o seu campo. Se alguém assinar por outra, registre na coluna de observações o nome de quem assinou; os espaços sem assinatura não podem ficar soltos: são traçados com um risco.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Lista de presença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asistencia</dc:title>
  <dc:subject>Lista de asistencia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