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DECLARATION OF RESIDENCE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Details of the person declaring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 de identidad]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completa]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[Ciudad]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[Correo electrónico]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[full name], holder of ID [number], declare that I live permanently at [full address], in the city of [city], since [date you moved there].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state that I am submitting this declaration for [procedure or authority requesting it] and that the information given here is true.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Supporting documents enclosed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[Utility bill in your name]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[Tenancy agreement or landlord's certification]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[Certification from a neighbour or the residents' association]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Signed in [city], on [date].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Attach evidence of the address: the declaration alone is not always enough. Check with the authority which document it requires before signing.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[Declarant name] · Declaration of residence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residencia</dc:title>
  <dc:subject>Declaración de residencia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