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PLANO DE AULA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Preparação de uma sessão: objetivos, momentos e avaliação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Professor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ou disciplina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Série ou ano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Tema da sessão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Duração da sessão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da aula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Sala ou espaço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Número de estudantes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Objetivos de aprendizagem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[Um objetivo usa um verbo que se pode observar: identificar, classificar, calcular, redigir, comparar. Evite «entender» ou «conhecer», porque não se podem medir.]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Conteúdo ou tema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Evidência ou comentário</w:t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Conhecimentos prévios e materiais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[O que o estudante precisa saber antes desta aula e qual pergunta de entrada serve para verificar isso.]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Materiais ou recursos</w:t>
            </w:r>
          </w:p>
        </w:tc>
        <w:tc>
          <w:tcPr>
            <w:tcW w:type="dxa" w:w="65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Observações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5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5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5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5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Momentos da aula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Momento</w:t>
            </w:r>
          </w:p>
        </w:tc>
        <w:tc>
          <w:tcPr>
            <w:tcW w:type="dxa" w:w="385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Atividade ou compromisso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Tempo estimado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Formato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Materiais ou recursos</w:t>
            </w:r>
          </w:p>
        </w:tc>
      </w:tr>
      <w:tr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Abertura</w:t>
            </w:r>
          </w:p>
        </w:tc>
        <w:tc>
          <w:tcPr>
            <w:tcW w:type="dxa" w:w="385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 minutos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Desenvolvimento</w:t>
            </w:r>
          </w:p>
        </w:tc>
        <w:tc>
          <w:tcPr>
            <w:tcW w:type="dxa" w:w="385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30 minutos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Fechamento</w:t>
            </w:r>
          </w:p>
        </w:tc>
        <w:tc>
          <w:tcPr>
            <w:tcW w:type="dxa" w:w="385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 minutos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Atividades de fechamento e tarefa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Atividade ou compromisso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[O que o estudante precisa saber antes desta aula e qual pergunta de entrada serve para verificar isso.]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Critérios de avaliação da sessão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Critério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Peso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Evidência ou comentário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Adaptações e estudantes com necessidades específicas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[O que ajustar para quem está mais adiantado e para quem precisa de mais apoio: material extra, mais tempo, trabalho em duplas, outra forma de mostrar o que aprendeu.]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Observações após a aula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[Preencha no final: o que funcionou, o que sobrou, o que faltou e no que insistir na próxima sessão.]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PROFESSOR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COORDENAÇÃO ACADÊMICA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instituição] · Plano de aula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clase</dc:title>
  <dc:subject>Preparación de una sesión de clase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