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MEDICAL REFERRAL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Summary of the case and a clear request to the specialist, with the priority marked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Patient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Health insurer or provider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Referring professional and destination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Referring professional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Professional registration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Service or department of origin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Professional or service receiving the referral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Specialty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Reason for the referral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in one or two sentences why you are referring the patient and what you expect the referral to resolve.]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for the referral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Summary of the case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[Set the case out as a short story: when it started, how it has progressed, what has been done and which tests already exist. The specialist should be able to follow the case without seeing the patient.]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Aspect of the case</w:t>
            </w:r>
          </w:p>
        </w:tc>
        <w:tc>
          <w:tcPr>
            <w:tcW w:type="dxa" w:w="646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Onset of symptoms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Course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Treatment already given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Previous tests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Relevant findings and working diagnosis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Relevant findings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Working diagnosis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Specific question or request for the specialist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specific question: confirm the diagnosis, define management, assess a procedure, obtain a second opinion. A referral without a clear question usually ends in another referral.]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Question or request for the specialist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Priority and contact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Mark with an X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 it is used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Urgent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Needs assessment as soon as possible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Priority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Should be seen soon, but can wait some hours or days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Routine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Can be scheduled in the normal diary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to contact the referring professional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or companion's 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REFERRING PROFESSIONAL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PROFESSIONAL OR SERVICE RECEIVING IT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stamp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Notice: this template is an internal-use guide and does not replace the professional's judgement or the official medical record; before using it, review it and adapt it to the health regulations of the country where care is provided.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Medical referral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Derivación o interconsulta</dc:title>
  <dc:subject>Formato de derivación con resumen del cuadro y prioridad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