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cs="Calibri"/>
          <w:b/>
          <w:i w:val="0"/>
          <w:color w:val="404040"/>
          <w:sz w:val="28"/>
        </w:rPr>
        <w:t>DECLARAÇÃO DE RESIDÊNCIA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Dados de quem declara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[Nome completo]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 de identidad]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[Dirección completa]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[Ciudad]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[Teléfono]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[Correo electrónico]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Eu, [nome completo], portador(a) do documento [número], declaro que resido de forma permanente no endereço [endereço completo], na cidade de [cidade], desde [data em que passou a morar ali].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Declaro que apresento esta declaração para [procedimento ou órgão que a solicita] e que os dados aqui informados correspondem à verdade.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Comprovantes anexados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[Conta de serviço público no seu nome]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[Contrato de locação ou declaração do locador]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[Declaração de vizinho ou da associação de moradores]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Para constar, assino em [cidade], em [data].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Anexe um comprovante do endereço: a declaração sozinha nem sempre é suficiente. Verifique com o órgão qual documento ele exige antes de assinar.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de quem declara] · Declaração de residência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Declaración de residencia</dc:title>
  <dc:subject>Declaración de residencia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