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ENTREGA DE CARGO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Entrega de função, recursos, acessos e pendências por desligamento ou transferência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/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colaborador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admissão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desligamento ou transferência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Motivo e data efetiva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(pedido de demissão / dispensa / acordo mútuo / transferência)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Partes envolvidas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Assinatura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Recursos e equipamentos entregues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ou descrição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Quantidade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 (bom / regular / ruim)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Observações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Acessos, senhas e e-mails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Sistema, equipamento ou recurso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Entregue? (Sim / Não)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Observações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Assuntos pendentes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Assunto pendente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continua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Observações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ata registra o estado em que são entregues o cargo, os recursos e os acessos. É assinada por quem entrega, quem recebe e uma testemunha, e arquivada no prontuário do colaborador.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Entrega de cargo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puesto de trabajo</dc:title>
  <dc:subject>Acta de entrega de puesto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