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proveedor]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[Asesor comercial]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reclamação sobre [produto ou serviço] — pedido ou fatura [número]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Em [data] recebemos o pedido [número], referente a [produtos ou serviços solicitados]. Ao conferir a mercadoria, encontramos os problemas relacionados a seguir.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Problemas encontrados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 afetada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Problema encontrado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recebido incompleto]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com avaria ou defeito]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diferente do solicitado]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problemas foram documentados com [fotografias, ata de recebimento e amostra disponível], anexadas a esta comunicação.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Solicitamos [a reposição dos produtos / a nota de crédito pelo valor correspondente / a devolução do valor pago], nos [número] dias seguintes à data desta carta.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Pedimos confirmar o recebimento desta reclamação e informar o número de protocolo para acompanhamento. Ficamos à disposição por [e-mail ou telefone].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de compras] · [almoxarifado]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anexados]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Modelo de reclamação comercial. Antes de enviar, verifique com seu assessor as condições de compra e os prazos acordados com o fornecedor.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Reclamação ao fornecedor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reclamación a proveedor</dc:title>
  <dc:subject>Carta de reclamación a proveedor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