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CONTRATO DE SUMINISTRO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proveedor]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 del comprador]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 y productos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proveedor se obliga a suministrar al comprador los productos que se relacionan a continuación, en las condiciones pactadas en este documento.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Producto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Precio unitario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Plazo de entrega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Precios y reajustes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Los precios se mantendrán fijos durante [número] meses. Después de ese periodo podrán revisarse por acuerdo escrito entre las partes, con un aviso previo de [número] días. Los precios incluyen [transporte hasta la bodega / no incluyen transporte].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Entregas y recepción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Cada entrega se acompañará de [factura y documento de entrega] y se recibirá únicamente con el documento de recepción firmado por la persona autorizada del comprador. Las entregas parciales no se consideran aceptadas hasta su revisión.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Calidad y garantía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proveedor garantiza que los productos cumplen las especificaciones acordadas, están en buen estado y tienen la vida útil informada. Las novedades se reportarán por escrito dentro de los [número] días siguientes a la recepción.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Incumplimiento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En caso de incumplimiento, la parte afectada podrá exigir [la entrega de lo pendiente, el reemplazo de los productos o la devolución de lo pagado], y podrá terminar el contrato si el incumplimiento no se corrige dentro de los [número] días siguientes al aviso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Duración y terminación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terminación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previo para terminar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[compras] · [contabilidad]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modelo es una guía general y no constituye asesoría legal. Antes de firmarlo, revíselo con su asesor para adaptarlo a su operación y a su país.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Cuantifique lo que puede pasar si el proveedor falla (reposición de un pedido, incumplimiento con un cliente) y expréselo en el contrato. Revíselo con su asesor antes de firmar.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Contrato de suministro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suministro</dc:title>
  <dc:subject>Contrato de suministro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