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RESUME BY PROFESSION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The same structure, with the words and skills each type of job asks for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[RP-___]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Details and the position you are applying for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Position applied for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Field you are applying 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City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Phone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How to build it for each field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[Pick your row in the table below and use those words. The order of the document changes too: if your experience weighs more than your studies, experience goes first; if you have just graduated, education and practical work go first.]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Field</w:t>
            </w:r>
          </w:p>
        </w:tc>
        <w:tc>
          <w:tcPr>
            <w:tcW w:type="dxa" w:w="419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Words the recruiter looks for</w:t>
            </w:r>
          </w:p>
        </w:tc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goes first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Sales and customer service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sales, targets, accounts, after-sales, cash handling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Experience first: it is your calling card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Warehouse and logistics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inventory, stock ledger, picking, dispatch, goods receipt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Experience first: the recruiter looks for specific tools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Administration and accounting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invoicing, receivables, reconciliation, payroll, filing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Education first if you have just graduated; otherwise experience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Operations and production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shifts, quality, indicators, health and safety at work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Experience first, with indicators and safety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Technology and systems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support, networks, databases, task automation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Projects and certificates first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Retail and entrepreneurship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purchasing, suppliers, pricing, margin, product display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Experience first, with margin and suppliers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Profile for the position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three to five lines: position, years of experience, the specific area you are strong in and one result with a figure. Change it for every vacancy: the same profile will not serve two different jobs.]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Experience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Position</w:t>
            </w:r>
          </w:p>
        </w:tc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Company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Period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Achievement or responsibility</w:t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Education and courses in the field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Degree or course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Institution</w:t>
            </w:r>
          </w:p>
        </w:tc>
        <w:tc>
          <w:tcPr>
            <w:tcW w:type="dxa" w:w="124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Year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Technical skills for the field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Skill or tool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Level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you show it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Achievements with numbers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you achieved</w:t>
            </w:r>
          </w:p>
        </w:tc>
        <w:tc>
          <w:tcPr>
            <w:tcW w:type="dxa" w:w="317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you measured it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What to check before sending 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Point to check</w:t>
            </w:r>
          </w:p>
        </w:tc>
        <w:tc>
          <w:tcPr>
            <w:tcW w:type="dxa" w:w="51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Why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The profile names the job you are applying for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 generic letter shows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There is at least one achievement with a figure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It separates doers from attenders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Positions and dates match what can be verified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It is checked in the reference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Skills are those of the field, not a wish list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Recruiters filter by keywords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Name, phone and email are spelled correctly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 mistake here rules you out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It fits on one page (two at most)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Nobody reads four pages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PREPARED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REVIEWED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Resume by profession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vida por profesión</dc:title>
  <dc:subject>Formato de hoja de vida según el área o la profesión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