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ENTREGA DE INVENTARIO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Traspaso de bodega o almacén entre responsable saliente y entrante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/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traspaso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Bodega, almacén o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Ubicación o sede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del traspaso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Método de verificación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que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que recibe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general del inventario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Resumen del inventario entregado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Referencias revisadas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Unidades contadas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Referencias con diferencia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del inventario entregado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Referencias con diferencia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Referencia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Unidades según sistema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Unidades contadas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Diferencia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Soportes y elementos entregados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 elemento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Entregado (Sí / No)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Listado de existencias por referencia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Último conteo físico documentado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Hoja de kardex o movimientos del periodo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Relación de productos vencidos o averiados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Relación de activos y equipos del área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Llaves, candados y control de accesos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Claves de usuario en el sistema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 y carpetas del área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Compromisos y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formaliza el traspaso de la bodega y deja constancia de las existencias entregadas y de las diferencias detectadas. Se firma por quien entrega, quien recibe y el jefe inmediato o auditoría, y se archiva con los soportes relacionados. Las diferencias se ajustan por separado con el documento que corresponda.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Entrega de inventario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inventario</dc:title>
  <dc:subject>Acta de entrega de inventario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