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COMPANY NAME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FORMAL NOTICE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Reference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[NT-___]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letter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[RECIPIENT NAME]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[ID number]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 for notices]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[What is being notified, in one line]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in the first paragraph, clearly and without detours, the fact or decision being notified, with dates and reference numbers.]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[Second paragraph: the background supporting the letter and the evidence or documents enclosed.]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[Third paragraph: what is expected from the recipient —a reply, an action, a date— and by when.]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Sincerely,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THE PERSON NOTIFYING]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Proof of receipt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person receiving signs this record as proof that the letter was delivered. If the addressee refuses to sign, a witness records the refusal and the proof of delivery is attached.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person receiving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and time of receipt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to the addressee (direct / family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SIGNATURE OF THE PERSON RECEIVING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ID and date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WITNESS (if applicable)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ID and date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[area or person that must be informed]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Attachments: [documents supporting the letter]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[NT-___]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Formal notice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o comunicación formal</dc:title>
  <dc:subject>Notificación o comunicación formal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