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[NOMBRE DE LA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[Identificación] · [Dirección] · [Ciudad]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[Teléfono] · [Correo electrónico] · [Sitio web]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[Ciudad], [DD/MM/AAAA]</w:t>
      </w: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6"/>
        </w:rPr>
        <w:t>CONTRATO DE COMODATO DE EQUIPOS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Partes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[Comodante]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[Documento]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[Comodatario]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[Documento]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[Dirección del comodatario]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[Teléfono]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Objeto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El comodante entrega en comodato, es decir, para uso gratuito y con obligación de devolución, los siguientes equipos: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Equipo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Marca o identificación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Estado al entregar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Valor estimado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Condiciones del comodato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El comodatario se obliga a: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[Usar los equipos solo para las labores acordadas]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[Mantenerlos en el lugar indicado y no trasladarlos sin autorización]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[No prestarlos, subarrendarlos ni entregarlos a terceros]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[Realizar el mantenimiento básico y avisar de cualquier falla]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Plazo y devolución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entrega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devolución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Lugar de uso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 la terminación del comodato, el comodatario devolverá los equipos en el mismo estado en que los recibió, salvo el deterioro normal por el uso, y se firmará el acta de devolución correspondiente.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Responsabilidad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El comodatario responde por la pérdida, el daño o el mal uso de los equipos entregados y autoriza que [se descuente el valor estimado / se reponga el equipo / se cubra la reparación], previa verificación del estado y de los soportes.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Copia: [activos fijos] · [archivo del comodatario]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Este modelo es una guía general y no constituye asesoría legal. Antes de firmarlo, revíselo con su asesor para adaptarlo a su operación y a su país.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Anote la identificación de cada equipo (serie o placa) y su estado al entregarlo: así la devolución se puede verificar. Revise con su asesor el alcance de la responsabilidad antes de firmar.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Comodato de equipos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comodato de equipos</dc:title>
  <dc:subject>Contrato de comodato de equipos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