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JOB DESCRIPTION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Role identification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Job title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department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Line manager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Staff reporting to this role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Site or location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Purpose of the role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in two or three lines why the role exists: what result it must produce and who it reports 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Key duties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[Duty 1: verb, object and expected result]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[Duty 2]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[Duty 3]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[Duty 4]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[Duty 5]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[Duty 6]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Requirements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Detail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Education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Required experience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Technical knowledge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Skills and behaviours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Other requirements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Health and safety responsibilities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[Follow the health and safety procedures of the area]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[Report unsafe conditions or acts]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[Use the protective equipment provided]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Indicators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Indicator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Frequency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source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[employee personnel file] · [area folder]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job description is updated when duties, equipment or the organisation change: an outdated description means performance reviews and hiring are measured against something that no longer exists.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Job description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Descripción de cargo</dc:title>
  <dc:subject>Descripción de cargo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