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ATTENDANCE SHEET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Signed record of who attended an activity, with their details and signature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[LA-___]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owner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Activity details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Name of the activity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Purpose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Called by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Start time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Closing time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Place or format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Facilitator or person leading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Attendance register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No.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Full name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ID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Position or area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Signature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Note</w:t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4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5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6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7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8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9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10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11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12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13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14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15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Attendance summary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Invited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Attended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Absent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Attendance rate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Actual closing time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Action items and conclusions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[Write down what was defined at the end of the activity: action items, owners and dates. If there were none, record that the activity was informative only.]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Signatures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PREPARED BY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Name, position and signature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APPROVED BY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Name, position and signature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Each person signs only their own row. If someone signs on behalf of another, note in the remarks column who signed; blank signature spaces must not be left open: draw a line through them.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Once signed, file this document with its attachments in the area folder. Keep a copy for each of the signing parties.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Attendance sheet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de asistencia</dc:title>
  <dc:subject>Lista de asistencia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