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ASAMBLEA GENERAL DE ACCIONISTAS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Reunión de los dueños de la sociedad: quórum, votaciones, resoluciones y elección de administradores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asamblea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asamblea (ordinaria / extraordinaria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(presencial / virtual / mixta)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Convocatoria y verificación del quórum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convocatoria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de la convocatoria (escrita / aviso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alcanzó el quórum?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Capital o participación representado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Invitados (sin voto)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Calidad (accionista / representante / invitado)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Acciones o participación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Orden del día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[Verificación del quórum y aprobación del orden del día]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[Informe de gestión y de resultados del periodo]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[Aprobación o revisión de los estados financieros]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[Elección o ratificación de administradores y del revisor]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[Distribución de utilidades y proposiciones de los accionistas]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Desarrollo de la asamblea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del orden del día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Resumen de lo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Decisiones y votaciones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Decisión sometida a votación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Votos a favor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Votos en contra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Abstenciones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(aprobada / rechazada / aplazada)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Resoluciones adoptadas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Transcriba cada resolución tal como quedó aprobada, con su número y su fecha. Una resolución por punto, empezando por la palabra RESUELVE.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primera decisión adoptada y su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segunda decisión adoptada y su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tercera decisión adoptada, con responsables y fechas]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Elección o ratificación de administradores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 o vigencia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Constancias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Deje constancia de los votos particulares, de los conflictos de interés que se declararon, de los accionistas que pidieron la palabra y de los documentos que se presentaron durante la asamblea.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Aprobación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acta se somete a aprobación y se firma por el presidente de la asamblea y el secretario. Se archiva en el libro de actas con la numeración consecutiva.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PRESIDENTE DE LA ASAMBLEA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SECRETARIO(A)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ACCIONISTA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Asamblea general de accionistas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asamblea general de accionistas</dc:title>
  <dc:subject>Acta de asamblea general de accionistas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