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 del jefe inmediato]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renuncia voluntaria al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medio de la presente presento mi renuncia voluntaria al cargo de [cargo] que desempeño en [nombre de la empresa] desde el [fecha de ingreso].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Mi último día de trabajo será el [fecha], dando cumplimiento al preaviso de [número] días [previsto en mi contrato / acordado con la empresa].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Agradezco la oportunidad de haber trabajado en la empresa y el apoyo recibido durante este tiempo. Me comprometo a entregar mis funciones, los documentos y los recursos a mi cargo antes de la fecha indicada.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Agradezco confirmar la recepción de esta carta y la información sobre el proceso de liquidación y de paz y salvo.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Documento de identidad: [número]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[mi archivo personal] · [área de Talento Humano]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Guarde una copia de esta carta con la fecha y el sello o la firma de recibido: es su constancia del preaviso.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trabajador] · Carta de renuncia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</dc:title>
  <dc:subject>Carta de renuncia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