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NAME OF THE COMPANY OR OF THE CANDIDATE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Address · City · Phone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INTERVIEW FOLLOW-UP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[SE-___]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[NAME OF THE INTERVIEWER]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[Company]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Follow-up on the interview of [date] for the [position] role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[First paragraph: thank them for the time at the interview on [date] and restate the role you applied for. Two sentences at most.]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[Second paragraph: reinforce one point from the conversation with a concrete example — something you said you can do and have already done, with a result.]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[Third paragraph: if something was left weak or unfinished, clarify it here, without excuses and without going on at length.]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[Fourth paragraph: say you remain interested, that you are available for a second conversation or a test, and give your availability.]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Sincerely,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[CANDIDATE'S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 or profession]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Interview details (for your own record)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interviewed you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interview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of the interview (in person / phone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they promised and by when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Short follow-up (message or call)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When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Channel</w:t>
            </w:r>
          </w:p>
        </w:tc>
        <w:tc>
          <w:tcPr>
            <w:tcW w:type="dxa" w:w="589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say (one sentence)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Within 24 hours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Email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 thank you for the interview and confirm my interest in the role.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After 5 to 7 days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Email or phone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 ask how the process is going and restate my availability.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After 15 days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Email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 close the loop: thank you and remain available for the future.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Rules for following up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Write within the first 24 to 48 hours, and only once more if they do not reply.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Always use the channel they indicated; if they said nothing, use email.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daily messages and nothing sent through several channels at once.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Bring something new (an example, a figure, a solution), not just 'I remain at your disposal'.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[SE-___]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Interview follow-up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seguimiento después de la entrevista</dc:title>
  <dc:subject>Seguimiento y agradecimiento posterior a una entrevista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