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JOB INTERVIEW GUIDE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The same questions and the same scale for every candidate for the same role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[GE-___]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Process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Role applied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Candidate's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Interviewer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and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(in person / phone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Role profile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Purpose of the role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 the minimum requirements: education, experience and tools the person must handle. What you write here is the filter for the interview.]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Criteria to be assessed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Criterion or skill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Weight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Scale (1 to 5)</w:t>
            </w:r>
          </w:p>
        </w:tc>
        <w:tc>
          <w:tcPr>
            <w:tcW w:type="dxa" w:w="521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 that explores it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in the trade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Tell me what you did in your last job and with which tools.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Technical knowledge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Explain how you would handle a typical task in this role.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Reliability and meeting deadlines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Tell me about a time you had to meet a tight deadline.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Teamwork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Describe a problem that was solved by several people together.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Customer service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21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How do you respond to an angry customer?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Opening the interview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[Introduce yourself, explain how the interview will run and how long it takes. Say that you will take notes and that the candidate can ask questions at the end.]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Questions by skill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Skill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look for in the answer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Candidate's answer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in the trade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Tell me what you did in your last job and with which tools.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Technical knowledge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Explain how you would handle a typical task in this role.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Reliability and meeting deadlines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Tell me about a time you had to meet a tight deadline.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Teamwork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Describe a problem that was solved by several people together.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Customer service</w:t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How do you respond to an angry customer?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Experience and achievements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 about experience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Answer and evidence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Situational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Situation put to the candidate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the candidate would do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customer arrives with a complaint and your manager is out of the office.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You are asked to dispatch an order and stock is short in the warehouse.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 colleague did not turn up and two desks must be covered at once.</w:t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Candidate's questions and terms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what the candidate asked and what was answered, especially working hours, pay, start date and place of work.]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Terms discussed (hours, pay, start date)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Score and decision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Criterion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Score (1 to 5)</w:t>
            </w:r>
          </w:p>
        </w:tc>
        <w:tc>
          <w:tcPr>
            <w:tcW w:type="dxa" w:w="102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Weight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Weighted result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Comment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 in the trade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Technical knowledge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Reliability and meeting deadlines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20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Teamwork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Customer service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02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score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Decision (advance / do not advance / second interview / on hold)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Interviewer's recommendation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[Say in two or three sentences why you recommend this candidate or not, with the facts that support it.]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Next steps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Next step (practical test / second interview / reference check)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tells the candidate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When they are told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INTERVIEWER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HIRING DECISION MAKER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Interview guide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entrevista de selección</dc:title>
  <dc:subject>Guía de entrevista de selección de personal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