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COMMITTEE MINUTES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Ordinary committee session: quorum, decisions and follow-up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[CM-___]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General information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Minutes No.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Start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Committee type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Workplace relations committee / Safety and health committee / Quality / Purchasing / Other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Committee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Attendees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Position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Role (chair / secretary / member)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Attended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Agenda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[First topic]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[Second topic]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[Third topic]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[Fourth topic]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Discussion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Agenda item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Summary of discussion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Conclusion / decision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Cases or reports submitted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Case or report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Submitted by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Action taken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Action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Action item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Due date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The committee records the decisions taken and the follow-up of the commitments from the previous session. Minutes are numbered consecutively and kept as support for the decisions.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Committee minutes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comité</dc:title>
  <dc:subject>Acta de comité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