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PRODUCT DATA SHEET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[Nombre del producto] · [COMPANY NAME]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General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Product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Internal code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Category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Unit of measure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Brand or manufacturer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Country of origin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Sheet version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Issue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Description and use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in two or three lines what the product is, what it is used for and the pack sizes it is sold in.]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Specifications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Characteristic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Value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Unit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[Net weight]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[Dimensions]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[Material or composition]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[Shelf life or expiry]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[Recommended temperature]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Storage and handling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[Storage temperature and humidity]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[Maximum stacking and palletising conditions]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[Do not expose to sunlight or heat sources]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[Handling: do not drag, drop or use hooks]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Packaging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Packaging type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Units per pack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Weight per pack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Pack dimensions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Required labelling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Safety notes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whether the product is flammable, corrosive, fragile or needs special protection, and what staff handling it must do.]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Load this sheet into your inventory system and hand it to the warehouse: it is the source of the data staff need to receive, store and dispatch the product correctly.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Product data sheet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de producto</dc:title>
  <dc:subject>Ficha técnica de producto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