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NOMBRE DE LA EMPRESA O DEL CANDIDATO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Dirección · Ciudad · Teléfono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Correo electrónico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CARTA DE SEGUIMIENTO DESPUÉS DE LA ENTREVISTA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Referencia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[SE-___]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 QUIEN LO ENTREVISTÓ]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Seguimiento a la entrevista del [fecha] para el cargo de [cargo]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Respetado(a) señor(a):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[Primer párrafo: agradezca el tiempo de la entrevista del día [fecha] y recuerde el cargo al que se postuló. Dos frases como máximo.]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[Segundo párrafo: refuerce un punto de la conversación con un ejemplo concreto —algo que dijo que sabía hacer y que ya hizo antes, con un resultado—.]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[Tercer párrafo: si quedó algo flojo o a medias, aclárelo aquí, sin excusas y sin extenderse.]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[Cuarto párrafo: diga que sigue interesado, que está disponible para una segunda conversación o una prueba y en qué horarios.]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Cordialmente,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DEL CANDIDATO]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 o profesión]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Teléfono · Correo electrónico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Datos de la entrevista (para su propio registro)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lo entrevistó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la entrevista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Medio de la entrevista (presencial / teléfono / video)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Qué le prometieron y para cuándo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Seguimiento corto (mensaje o llamada)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Cuándo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Canal</w:t>
            </w:r>
          </w:p>
        </w:tc>
        <w:tc>
          <w:tcPr>
            <w:tcW w:type="dxa" w:w="589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decir (una frase)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Dentro de 24 horas</w:t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Correo</w:t>
            </w:r>
          </w:p>
        </w:tc>
        <w:tc>
          <w:tcPr>
            <w:tcW w:type="dxa" w:w="589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Agradezco la entrevista y confirmo mi interés en el cargo.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 los 5 o 7 días</w:t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Correo o teléfono</w:t>
            </w:r>
          </w:p>
        </w:tc>
        <w:tc>
          <w:tcPr>
            <w:tcW w:type="dxa" w:w="589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Pregunto en qué va el proceso y reitero mi disponibilidad.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 los 15 días</w:t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Correo</w:t>
            </w:r>
          </w:p>
        </w:tc>
        <w:tc>
          <w:tcPr>
            <w:tcW w:type="dxa" w:w="589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Cierro el proceso: agradezco y me pongo a disposición para el futuro.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Reglas del seguimiento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Escriba dentro de las primeras 24 a 48 horas y una sola vez más si no responden.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Siempre por el medio que le indicaron; si no dijeron nada, use el correo.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Nada de mensajes todos los días ni por varias vías a la vez.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Cuente algo nuevo (un ejemplo, un dato, una solución) y no solo «quedo atento».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[SE-___]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del candidato] · Seguimiento de entrevista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seguimiento después de la entrevista</dc:title>
  <dc:subject>Seguimiento y agradecimiento posterior a una entrevista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