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EVALUACIÓN DE DESEMPEÑO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evaluación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Evaluador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del evaluador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[Nombre completo]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Periodo evaluado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la evaluación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Escala usada (por ejemplo 1 a 5)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Competencias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Competencia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Calificación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Evidencia o comentario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Cumplimiento y puntualidad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Calidad del trabajo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Trabajo en equipo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Iniciativa y solución de problemas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Trato con clientes y compañeros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Orden, aseo y autocuidado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Objetivos del periodo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Objetivo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Cumplimiento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Resultado y observaciones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Puntaje total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Fortalezas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Aspectos por mejorar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Plan de mejora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Acción de mejora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Seguimiento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[Cómo se verificará]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19"/>
        </w:rPr>
        <w:t>Declaro que conocí esta evaluación, que conversé con mi evaluador y que recibí una copia del plan de mejora.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[hoja de vida del colaborador]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Converse la evaluación con el colaborador antes de firmarla: la firma consta que fue informado, no que esté de acuerdo. Lo que el sistema mide (ventas, inventario, cumplimiento de pedidos) sirve como evidencia objetiva del periodo.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Evaluación de desempeño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 desempeño</dc:title>
  <dc:subject>Evaluación de desempeño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