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 w:cs="Calibri"/>
          <w:b/>
          <w:i w:val="0"/>
          <w:color w:val="404040"/>
          <w:sz w:val="28"/>
        </w:rPr>
        <w:t>FICHA DE CANDIDATURA A EMPREGO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pessoais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nascimento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Estado civil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Endereço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Telefone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E-mail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Filhos dependentes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Carteira de habilitação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Formação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Instituição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Título ou curso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Ano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Situação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Experiência profissional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Empresa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Cargo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Até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Motivo do desligamento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Referências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Nome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Relação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Telefone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Disponibilidade e condições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Vaga pretendida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Pretensão salarial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em que pode começar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Disponibilidade de horário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Disponibilidade para viagens ou mudança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Como soube da vaga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Autorização e assinatura</w:t>
      </w:r>
    </w:p>
    <w:p>
      <w:r>
        <w:rPr>
          <w:rFonts w:ascii="Calibri" w:hAnsi="Calibri" w:cs="Calibri"/>
          <w:b w:val="0"/>
          <w:i/>
          <w:color w:val="262626"/>
          <w:sz w:val="18"/>
        </w:rPr>
        <w:t>Autorizo o tratamento dos meus dados pessoais para este processo seletivo e declaro que as informações prestadas são verdadeiras. Sei que posso solicitar a correção ou a exclusão dos meus dados pelos canais de contato da empresa.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Entregue este formulário completo e legível; se enviar por e-mail, salve o arquivo com seu nome e sobrenome.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do candidato] · Ficha de candidatura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empleo</dc:title>
  <dc:subject>Solicitud de empleo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