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COMMITMENT RECORD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Puts in writing what someone undertakes to do, by when and how it will be checked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Record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Record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Parties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PARTY MAKING THE COMMITMENT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or tax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PARTY RECEIVING THE COMMITMENT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Background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what happened and why this commitment is being made: the facts, with dates, and the documents or conversations that support them.]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Fact or background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Commitment made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the commitment in one concrete, verifiable sentence. If there are several, number them and carry them into the deadlines table.]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Deadlines, deliverables and how they are verified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Commitment or deliverable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verified that it was met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Conditions and support needed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what the person making the commitment needs in order to deliver: information, approvals, resources, support from another area. And what happens if that support does not arrive in time.]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Follow-up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follows up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often it is reviewed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Where progress is recorded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Non-compliance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what happens if the commitment is not met: new dates, escalation, or the consequences the parties agree here.]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Notes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[Write here what does not fit in the points above.]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PARTY MAKING THE COMMITMENT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PARTY RECEIVING THE COMMITMENT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WITNESS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Commitment record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compromiso</dc:title>
  <dc:subject>Acta de compromiso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