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autofit"/>
        <w:tblLook w:firstColumn="1" w:firstRow="1" w:lastColumn="0" w:lastRow="0" w:noHBand="0" w:noVBand="1" w:val="04A0"/>
      </w:tblPr>
      <w:tblGrid>
        <w:gridCol w:w="9638"/>
      </w:tblGrid>
      <w:tr>
        <w:tc>
          <w:tcPr>
            <w:tcW w:type="dxa" w:w="9638"/>
            <w:shd w:val="clear" w:color="auto" w:fill="404040"/>
            <w:tcMar>
              <w:top w:w="70" w:type="dxa"/>
              <w:left w:w="110" w:type="dxa"/>
              <w:bottom w:w="70" w:type="dxa"/>
              <w:right w:w="11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23"/>
              </w:rPr>
              <w:t>SITE VISIT RECORD</w:t>
            </w:r>
          </w:p>
        </w:tc>
      </w:tr>
    </w:tbl>
    <w:p>
      <w:pPr>
        <w:spacing w:after="40"/>
      </w:pPr>
    </w:p>
    <w:p>
      <w:r>
        <w:rPr>
          <w:rFonts w:ascii="Calibri" w:hAnsi="Calibri" w:cs="Calibri"/>
          <w:b w:val="0"/>
          <w:i/>
          <w:color w:val="595959"/>
          <w:sz w:val="19"/>
        </w:rPr>
        <w:t>Record of the visit, the findings and the agreed actions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09"/>
        <w:gridCol w:w="2409"/>
        <w:gridCol w:w="2409"/>
        <w:gridCol w:w="2409"/>
      </w:tblGrid>
      <w:tr>
        <w:tc>
          <w:tcPr>
            <w:tcW w:type="dxa" w:w="2409"/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17"/>
              </w:rPr>
              <w:t>Document code</w:t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7"/>
              </w:rPr>
              <w:t>[VS-___]</w:t>
            </w:r>
          </w:p>
        </w:tc>
        <w:tc>
          <w:tcPr>
            <w:tcW w:type="dxa" w:w="2409"/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17"/>
              </w:rPr>
              <w:t>Version</w:t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7"/>
              </w:rPr>
              <w:t>1.0</w:t>
            </w:r>
          </w:p>
        </w:tc>
      </w:tr>
      <w:tr>
        <w:tc>
          <w:tcPr>
            <w:tcW w:type="dxa" w:w="2409"/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17"/>
              </w:rPr>
              <w:t>Date</w:t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7"/>
              </w:rPr>
              <w:t>[DD/MM/YYYY]</w:t>
            </w:r>
          </w:p>
        </w:tc>
        <w:tc>
          <w:tcPr>
            <w:tcW w:type="dxa" w:w="2409"/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17"/>
              </w:rPr>
              <w:t>Person conducting the visit</w:t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7"/>
              </w:rPr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1. Visit details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409"/>
        <w:gridCol w:w="2409"/>
        <w:gridCol w:w="2409"/>
        <w:gridCol w:w="2409"/>
      </w:tblGrid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Date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[DD/MM/YYYY]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Meeting type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</w:tr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Start time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End time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</w:tr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Location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Reason for the visit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</w:tr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Company or person visited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Person who received the visit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2. People involved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213"/>
        <w:gridCol w:w="3213"/>
        <w:gridCol w:w="3213"/>
      </w:tblGrid>
      <w:tr>
        <w:trPr>
          <w:tblHeader w:val="true"/>
        </w:trPr>
        <w:tc>
          <w:tcPr>
            <w:tcW w:type="dxa" w:w="3213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Name</w:t>
            </w:r>
          </w:p>
        </w:tc>
        <w:tc>
          <w:tcPr>
            <w:tcW w:type="dxa" w:w="3213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Position</w:t>
            </w:r>
          </w:p>
        </w:tc>
        <w:tc>
          <w:tcPr>
            <w:tcW w:type="dxa" w:w="3213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Signature</w:t>
            </w:r>
          </w:p>
        </w:tc>
      </w:tr>
      <w:tr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3. Items checked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213"/>
        <w:gridCol w:w="3213"/>
        <w:gridCol w:w="3213"/>
      </w:tblGrid>
      <w:tr>
        <w:trPr>
          <w:tblHeader w:val="true"/>
        </w:trPr>
        <w:tc>
          <w:tcPr>
            <w:tcW w:type="dxa" w:w="3213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Item checked</w:t>
            </w:r>
          </w:p>
        </w:tc>
        <w:tc>
          <w:tcPr>
            <w:tcW w:type="dxa" w:w="3213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Complies</w:t>
            </w:r>
          </w:p>
        </w:tc>
        <w:tc>
          <w:tcPr>
            <w:tcW w:type="dxa" w:w="3213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Notes</w:t>
            </w:r>
          </w:p>
        </w:tc>
      </w:tr>
      <w:tr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Required documentation and records</w:t>
            </w:r>
          </w:p>
        </w:tc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Facilities and storage conditions</w:t>
            </w:r>
          </w:p>
        </w:tc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Condition and quality of the product or service</w:t>
            </w:r>
          </w:p>
        </w:tc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Delivery and deadline compliance</w:t>
            </w:r>
          </w:p>
        </w:tc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Staff safety and health</w:t>
            </w:r>
          </w:p>
        </w:tc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Cleanliness, order and pest control</w:t>
            </w:r>
          </w:p>
        </w:tc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4. Findings and observations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09"/>
        <w:gridCol w:w="2409"/>
        <w:gridCol w:w="2409"/>
        <w:gridCol w:w="2409"/>
      </w:tblGrid>
      <w:tr>
        <w:trPr>
          <w:tblHeader w:val="true"/>
        </w:trPr>
        <w:tc>
          <w:tcPr>
            <w:tcW w:type="dxa" w:w="2409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No.</w:t>
            </w:r>
          </w:p>
        </w:tc>
        <w:tc>
          <w:tcPr>
            <w:tcW w:type="dxa" w:w="2409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Finding or observation</w:t>
            </w:r>
          </w:p>
        </w:tc>
        <w:tc>
          <w:tcPr>
            <w:tcW w:type="dxa" w:w="2409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Classification</w:t>
            </w:r>
          </w:p>
        </w:tc>
        <w:tc>
          <w:tcPr>
            <w:tcW w:type="dxa" w:w="2409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Action required</w:t>
            </w:r>
          </w:p>
        </w:tc>
      </w:tr>
      <w:tr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5. Agreed actions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928"/>
        <w:gridCol w:w="1928"/>
        <w:gridCol w:w="1928"/>
        <w:gridCol w:w="1928"/>
        <w:gridCol w:w="1928"/>
      </w:tblGrid>
      <w:tr>
        <w:trPr>
          <w:tblHeader w:val="true"/>
        </w:trPr>
        <w:tc>
          <w:tcPr>
            <w:tcW w:type="dxa" w:w="1928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No.</w:t>
            </w:r>
          </w:p>
        </w:tc>
        <w:tc>
          <w:tcPr>
            <w:tcW w:type="dxa" w:w="1928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Action item</w:t>
            </w:r>
          </w:p>
        </w:tc>
        <w:tc>
          <w:tcPr>
            <w:tcW w:type="dxa" w:w="1928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Owner</w:t>
            </w:r>
          </w:p>
        </w:tc>
        <w:tc>
          <w:tcPr>
            <w:tcW w:type="dxa" w:w="1928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Due date</w:t>
            </w:r>
          </w:p>
        </w:tc>
        <w:tc>
          <w:tcPr>
            <w:tcW w:type="dxa" w:w="1928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Status</w:t>
            </w:r>
          </w:p>
        </w:tc>
      </w:tr>
      <w:tr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6. Signatures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4819"/>
        <w:gridCol w:w="4819"/>
      </w:tblGrid>
      <w:tr>
        <w:tc>
          <w:tcPr>
            <w:tcW w:type="dxa" w:w="4819"/>
            <w:tcMar>
              <w:top w:w="200" w:type="dxa"/>
              <w:left w:w="80" w:type="dxa"/>
              <w:bottom w:w="40" w:type="dxa"/>
              <w:right w:w="80" w:type="dxa"/>
            </w:tcMar>
          </w:tcPr>
          <w:p>
            <w:pPr>
              <w:spacing w:after="20"/>
              <w:pBdr>
                <w:bottom w:val="single" w:sz="6" w:space="4" w:color="595959"/>
              </w:pBdr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4819"/>
            <w:tcMar>
              <w:top w:w="200" w:type="dxa"/>
              <w:left w:w="80" w:type="dxa"/>
              <w:bottom w:w="40" w:type="dxa"/>
              <w:right w:w="80" w:type="dxa"/>
            </w:tcMar>
          </w:tcPr>
          <w:p>
            <w:pPr>
              <w:spacing w:after="20"/>
              <w:pBdr>
                <w:bottom w:val="single" w:sz="6" w:space="4" w:color="595959"/>
              </w:pBdr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</w:tbl>
    <w:tbl>
      <w:tblPr>
        <w:tblW w:type="auto" w:w="0"/>
        <w:tblLook w:firstColumn="1" w:firstRow="1" w:lastColumn="0" w:lastRow="0" w:noHBand="0" w:noVBand="1" w:val="04A0"/>
      </w:tblPr>
      <w:tblGrid>
        <w:gridCol w:w="9638"/>
      </w:tblGrid>
      <w:tr>
        <w:tc>
          <w:tcPr>
            <w:tcW w:type="dxa" w:w="9638"/>
            <w:shd w:val="clear" w:color="auto" w:fill="F7F7F7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90" w:type="dxa"/>
              <w:left w:w="140" w:type="dxa"/>
              <w:bottom w:w="90" w:type="dxa"/>
              <w:right w:w="14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595959"/>
                <w:sz w:val="18"/>
              </w:rPr>
              <w:t>This record states what was checked and the actions agreed during the visit. It is signed by those taking part and a copy is given to the party visited when the visit concerns a supplier or a third party.</w:t>
            </w:r>
          </w:p>
        </w:tc>
      </w:tr>
    </w:tbl>
    <w:p>
      <w:pPr>
        <w:spacing w:after="40"/>
      </w:pPr>
    </w:p>
    <w:sectPr w:rsidR="00FC693F" w:rsidRPr="0006063C" w:rsidSect="00034616">
      <w:footerReference w:type="default" r:id="rId9"/>
      <w:pgSz w:w="11906" w:h="16838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left"/>
      <w:pBdr>
        <w:top w:val="single" w:sz="4" w:space="4" w:color="A6A6A6"/>
      </w:pBdr>
    </w:pPr>
    <w:r/>
    <w:r>
      <w:rPr>
        <w:rFonts w:ascii="Calibri" w:hAnsi="Calibri" w:cs="Calibri"/>
        <w:b w:val="0"/>
        <w:i w:val="0"/>
        <w:color w:val="595959"/>
        <w:sz w:val="16"/>
      </w:rPr>
      <w:t xml:space="preserve">[Company name] · Site visit    </w:t>
    </w:r>
    <w:r>
      <w:rPr>
        <w:rFonts w:ascii="Calibri" w:hAnsi="Calibri" w:cs="Calibri"/>
        <w:b w:val="0"/>
        <w:i w:val="0"/>
        <w:color w:val="595959"/>
        <w:sz w:val="16"/>
      </w:rPr>
      <w:t xml:space="preserve">Page </w:t>
    </w:r>
    <w:fldSimple w:instr="PAGE">
      <w:r>
        <w:rPr>
          <w:sz w:val="16"/>
          <w:color w:val="595959"/>
        </w:rPr>
        <w:t>1</w:t>
      </w:r>
    </w:fldSimple>
    <w:r/>
    <w:r>
      <w:rPr>
        <w:rFonts w:ascii="Calibri" w:hAnsi="Calibri" w:cs="Calibri"/>
        <w:b w:val="0"/>
        <w:i w:val="0"/>
        <w:color w:val="595959"/>
        <w:sz w:val="16"/>
      </w:rPr>
      <w:t xml:space="preserve"> of </w:t>
    </w:r>
    <w:fldSimple w:instr="NUMPAGES">
      <w:r>
        <w:rPr>
          <w:sz w:val="16"/>
          <w:color w:val="595959"/>
        </w:rPr>
        <w:t>1</w:t>
      </w:r>
    </w:fldSimple>
    <w:r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before="0"/>
    </w:pPr>
    <w:rPr>
      <w:rFonts w:ascii="Calibri" w:hAnsi="Calibri" w:cs="Calibri" w:eastAsia="Calibri"/>
      <w:color w:val="262626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Acta de visita y supervisión</dc:title>
  <dc:subject>Acta de visita y supervisión</dc:subject>
  <dc:creator>Kardex Tauro</dc:creator>
  <cp:keywords/>
  <dc:description>Plantilla gratuita de kardex-tauro.muisca.co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