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REDAÇÃO E ENSAIO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Tese, argumentos com respaldo e fechamento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[EY-___]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trabalho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Título do ensaio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Autor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Disciplina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(argumentativo / expositivo / comparativo)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 tese em uma frase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 tese é o que será defendido, em uma única frase, sem enfeites. Se precisar de duas frases ou aparecer um «e também», ainda não está definida.]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Título do trabalho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Estrutura do ensaio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Seção</w:t>
            </w:r>
          </w:p>
        </w:tc>
        <w:tc>
          <w:tcPr>
            <w:tcW w:type="dxa" w:w="532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diz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Parágrafos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Introdução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Desenvolvimento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Objeção e resposta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Conclusões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Argumentos e respaldo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[Cada argumento precisa de respaldo: um dado, uma citação, um exemplo ou uma experiência verificável. Argumento sem respaldo é opinião.]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Argumento</w:t>
            </w:r>
          </w:p>
        </w:tc>
        <w:tc>
          <w:tcPr>
            <w:tcW w:type="dxa" w:w="385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Respaldo (dado, citação ou exemplo)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 a tese</w:t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Objeção e resposta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[Antecipe a melhor objeção à sua tese e responda. Um ensaio que ignora a objeção se lê como opinião.]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Como os parágrafos se conectam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a ideia de ligação entre um parágrafo e o seguinte: assim o leitor acompanha o fio sem se perder.]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Fechamento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 último parágrafo retoma a tese, diz o que ficou demonstrado e o que permanece aberto. Não introduza um tema novo no final.]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Lista de verificação antes de entregar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737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Ponto a revisar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Sim / Não</w:t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 tese está na introdução e é uma única frase?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Cada argumento tem respaldo?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Respondi à objeção mais forte?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fechamento retoma a tese sem abrir um tema novo?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Revisei ortografia e pontuação lendo em voz alta?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As fontes citadas estão completas?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AUTOR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instituição] · Ensaio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Ensayo</dc:title>
  <dc:subject>Estructura de un ensayo con argumentos y cierre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