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ETIQUETAS PARA IMPRIMIR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Qué es esta plantilla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hoja imprime etiquetas para productos, ubicaciones o estantes. Cada celda es una etiqueta y los textos entre comillas angulares (« ») son los campos que Word reemplaza automáticamente con los datos de su lista de productos.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que puede combinar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Campo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Ejemplo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dónde sale el dato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Código del producto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Nombre del producto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Ubicación o estante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Precio de venta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Pasos para combinarlas con una lista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Abra esta plantilla en Word y vaya a Correspondencia &gt; Iniciar combinación de correspondencia &gt; Cartas.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Elija Seleccionar destinatarios &gt; Usar una lista existente y cargue su lista de productos (Excel o CSV con una columna por campo).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Ponga el cursor dentro de una etiqueta y use Insertar campo combinado para colocar «Código», «Producto», «Ubicación» y «Precio» donde corresponda.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Use Vista previa de resultados para revisar las etiquetas con datos reales y corregir cualquier campo que quede vacío o desalineado.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Imprima en hoja adhesiva A4 y verifique una hoja de prueba antes de imprimir el lote completo: ajuste el margen si las etiquetas no coinciden con las troqueladas.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Hoja de etiquetas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Imprima esta sección en papel adhesivo A4. Si usa etiquetas troqueladas, mida la hoja y ajuste los anchos de la tabla antes de imprimir.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«Producto»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«Ubicación»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«Precio»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Antes de imprimir el lote completo, revise una etiqueta contra el producto y contra el sistema: una etiqueta equivocada en una ubicación equivocada descuadra el inventario.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Etiquetas para imprimir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Etiquetas para imprimir</dc:title>
  <dc:subject>Etiquetas para imprimir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