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ACTA CONSTITUTIVA DE SOCIEDAD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Reunión de constitución: quiénes son los socios, qué aportan, quién administra y con qué reglas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[CS-___]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Aprobado por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Área o proceso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generales del acta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Acta N.º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Lugar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Denominación o razón social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comercial (si es distinto)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Domicilio principal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Sedes o sucursales previstas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Duración prevista (indefinida o en años)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262626"/>
          <w:sz w:val="20"/>
        </w:rPr>
        <w:t>Objeto social o actividad principal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 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Socios constituyentes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Socio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Documento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Aporte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Clase de aporte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Participación (en por ciento)</w:t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Capital y aportes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Capital inicial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Moneda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Cómo se aporta (dinero / bienes / trabajo / conocimiento)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Plazo para completar los aportes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Órganos y reglas de funcionamiento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Describa quién toma las decisiones y cómo: reunión de socios o asamblea, administrador o junta, y qué mayorías se exigen para las decisiones importantes.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Decisión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Mayoría o forma de aprobarla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Administración y representación legal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Representante legal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del representante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Facultades del representante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Límites del representante (a partir de qué monto requiere aprobación)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Nombramientos que se hacen en esta reunión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Nombre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Documento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Cargo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Periodo o vigencia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Reglas económicas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Cómo se reparten las utilidades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Reserva que se deja cada periodo (en por ciento)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Cómo se cubren las pérdidas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Declaración de constitución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Los constituyentes declaran que, con esta reunión, queda constituida la sociedad y aprobado su texto de estatutos, y que autorizan al representante legal para adelantar los trámites de registro y las demás gestiones necesarias.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Advertencia y firmas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El documento que da vida a la sociedad se otorga y se registra según las reglas que le apliquen: esta acta es la base de la reunión de constitución y debe revisarse con su asesor antes de llevarla a registro.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Este es un modelo general de uso interno. No es asesoría legal: antes de usarlo, revíselo con su asesor o contador y ajústelo a las reglas que le apliquen.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REPRESENTANTE LEGAL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documento y firma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SOCIO CONSTITUYENTE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documento y firma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SOCIO CONSTITUYENTE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documento y firma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Una vez firmado, archive este documento con sus anexos en la carpeta del área. Deje una copia para cada una de las partes que lo firman.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Acta constitutiva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constitutiva de sociedad</dc:title>
  <dc:subject>Acta constitutiva de sociedad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