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Endereço · Cidade · Telefone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REQUERIMENTO FORMAL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Protocolo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[DP-___]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DE QUEM RECEBE]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[Órgão ou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Requerimento formal de [o que você solicita, em uma linha]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de quem solicita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Atua (em nome próprio / em representação de)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Fatos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[Relate os fatos em ordem cronológica: o que aconteceu, quando, onde, quem participou e quais documentos comprovam. Um fato por item.]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fato, com data]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fato, com data]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fato, com data]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Pedido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com precisão o que solicita: uma cópia, uma resposta, uma revisão, uma devolução. Se forem vários pedidos, numere-os.]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pedido]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pedido]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pedido]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Razões e documentos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por que tem direito ao que pede e quais documentos sustentam o pedido. Anexe cópia de tudo o que mencionar.]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Local e forma de receber a resposta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 para notificações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Aceita receber a resposta por (e-mail / físico / ambos)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Anexos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[Cópia do documento de identidade]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[Prova ou documento que sustenta o pedido]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[Cópia da comunicação anterior, se houver]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DE QUEM SOLICITA]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[Documento de identidade]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ou órgão que deve tomar conhecimento]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Requerimento formal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Derecho de petición</dc:title>
  <dc:subject>Derecho de petición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