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FICHA TÉCNICA DE PRODUCTO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[Nombre del producto] · [NOMBRE DE LA EMPRESA]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del producto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Código interno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Categoría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 de medida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Marca o fabricante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País de origen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 de la ficha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emisión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Descripción y uso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en dos o tres líneas qué es el producto, para qué se usa y en qué presentaciones se comercializa.]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Especificaciones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Característica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[Peso neto]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[Dimensiones]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[Material o composición]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[Vida útil o vencimiento]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[Temperatura recomendada]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Almacenamiento y manejo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[Temperatura y humedad de almacenamiento]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[Apilamiento máximo y condiciones de estiba]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 exponer al sol ni a fuentes de calor]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[Manipulación: no arrastrar, no golpear, no usar ganchos]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Presentación y empaque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empaque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Unidades por empaque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Peso por empaque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Dimensiones del empaque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Etiquetado requerido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Observaciones de seguridad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si el producto es inflamable, corrosivo, frágil o requiere protección especial, y qué debe hacer el personal que lo manipula.]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Cargue esta ficha en su sistema de inventarios y entréguela a bodega: es la fuente de los datos que el personal necesita para recibir, almacenar y despachar bien el producto.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Ficha técnica de producto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de producto</dc:title>
  <dc:subject>Ficha técnica de producto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