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 del jefe inmediato]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pedido de demissão do cargo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meio desta apresento meu pedido de demissão do cargo de [cargo] que ocupo em [nome da empresa] desde [data de admissão].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Meu último dia de trabalho será [data], cumprindo o aviso prévio de [número] dias [previsto no meu contrato / acordado com a empresa].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Agradeço a oportunidade de ter trabalhado na empresa e o apoio recebido nesse período. Comprometo-me a entregar minhas funções, os documentos e os recursos sob minha responsabilidade antes da data indicada.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Agradeço confirmar o recebimento desta carta e informar sobre o processo de rescisão e de quitação.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Documento de identidade: [número]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[meu arquivo pessoal] · [área de Recursos Humanos]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Guarde uma cópia desta carta com a data e a assinatura ou carimbo de recebimento: é o seu comprovante do aviso prévio.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trabalhador] · Carta de demissão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</dc:title>
  <dc:subject>Carta de renuncia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