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rFonts w:ascii="Calibri" w:hAnsi="Calibri" w:cs="Calibri"/>
          <w:b w:val="0"/>
          <w:i w:val="0"/>
          <w:color w:val="262626"/>
          <w:sz w:val="20"/>
        </w:rPr>
        <w:t>[Cidade], [DD/MM/AAAA]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[Nombre de la entidad o empresa]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A/C: [Nome e cargo]</w:t>
      </w:r>
    </w:p>
    <w:p>
      <w:pPr>
        <w:spacing w:after="0"/>
      </w:pPr>
    </w:p>
    <w:p>
      <w:pPr>
        <w:spacing w:before="80"/>
      </w:pPr>
      <w:r>
        <w:rPr>
          <w:rFonts w:ascii="Calibri" w:hAnsi="Calibri" w:cs="Calibri"/>
          <w:b/>
          <w:i w:val="0"/>
          <w:color w:val="262626"/>
          <w:sz w:val="21"/>
        </w:rPr>
        <w:t>Assunto: solicitação de [o que solicita]</w:t>
      </w:r>
    </w:p>
    <w:p>
      <w:r>
        <w:rPr>
          <w:rFonts w:ascii="Calibri" w:hAnsi="Calibri" w:cs="Calibri"/>
          <w:b w:val="0"/>
          <w:i w:val="0"/>
          <w:color w:val="262626"/>
          <w:sz w:val="21"/>
        </w:rPr>
        <w:t>Prezados senhores,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Eu, [nome completo], portador(a) do documento [número], residente em [endereço], dirijo-me a vocês respeitosamente para solicitar [o que solicita].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Os motivos deste pedido são: [explique em duas ou três linhas a razão, com a data e o número de protocolo se já houver processo aberto].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Para o procedimento, anexo os seguintes documentos: [documentos exigidos pelo órgão].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[Documento 1]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[Documento 2]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[Documento 3]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Agradeço a atenção e solicito que me informem a decisão por [e-mail ou endereço para notificações].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Dados de contato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Documento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[Nome completo]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Telefone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E-mail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Endereço para notificações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</w:tbl>
    <w:p>
      <w:pPr>
        <w:spacing w:after="40"/>
      </w:pPr>
    </w:p>
    <w:p>
      <w:pPr>
        <w:spacing w:before="120"/>
      </w:pPr>
      <w:r>
        <w:rPr>
          <w:rFonts w:ascii="Calibri" w:hAnsi="Calibri" w:cs="Calibri"/>
          <w:b w:val="0"/>
          <w:i w:val="0"/>
          <w:color w:val="262626"/>
          <w:sz w:val="21"/>
        </w:rPr>
        <w:t>Atenciosamente,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42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262626"/>
                <w:sz w:val="18"/>
              </w:rPr>
              <w:t>[Nome completo]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Documento: [número]</w:t>
            </w:r>
          </w:p>
        </w:tc>
      </w:tr>
    </w:tbl>
    <w:p>
      <w:r>
        <w:rPr>
          <w:rFonts w:ascii="Calibri" w:hAnsi="Calibri" w:cs="Calibri"/>
          <w:b w:val="0"/>
          <w:i w:val="0"/>
          <w:color w:val="595959"/>
          <w:sz w:val="18"/>
        </w:rPr>
        <w:t>Anexos: [documentos anexados]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Guarde cópia da carta com o carimbo ou o número de protocolo do órgão: é o seu comprovante de entrega.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do solicitante] · Carta de solicitação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solicitud</dc:title>
  <dc:subject>Carta de solicitud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