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COMPANY NAME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Address · City · Phone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SWORN STATEMENT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Statement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[DJ-___]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Dear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[NAME OF RECIPIENT]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[Position]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[Organisation or company]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Sworn statement for [the matter, in one line]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Details of the person making the statement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or tax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Statement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I, the undersigned, declare under oath that the information set out below is true: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[First fact or detail I declare]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fact or detail I declare]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fact or detail I declare]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What this statement is for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Matter or procedure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Filed with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it will be used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Documents supporting the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Undertaking by the person making the statement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declare that I am aware of the consequences of providing false information, that the documents I attach are genuine and that I will report any change in the information given here without delay.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Attachments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[List the documents accompanying this statement: copy of the ID, evidence, certificates.]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[NAME OF THE PERSON DECLARING]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[ID number]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Phone · Email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SIGNATURE AND THUMBPRINT (if required)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[DJ-___]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Sworn statement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jurada</dc:title>
  <dc:subject>Declaración jurada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