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candidatura à vaga de [cargo] — [nome do candidato]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Escrevo para apresentar minha candidatura à vaga de [cargo], divulgada em [onde viu a vaga]. Tenho [número] anos de experiência em [área] e formação em [estudos principais].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Na minha experiência mais recente na [empresa], [resultado concreto com número]. Esse tipo de resultado é o que posso entregar na [nome da empresa]: [dois ou três aportes concretos para a vaga].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Anexo meu currículo com o detalhe da minha experiência e minhas referências. Fico à disposição para uma entrevista no momento que for melhor para vocês e para ampliar qualquer informação.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Agradeço desde já a atenção à minha candidatura.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[Perfil de LinkedIn]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Anexo: currículo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Carta de apresentação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</dc:title>
  <dc:subject>Carta de presentación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