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MONOGRAFIA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Plano por capítulos, fontes e conferência final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[MG-___]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trabalho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Título da monografia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Autor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Disciplina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Professor orientador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Extensão prevista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Delimitação do tema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o que o trabalho cobre e o que deixa de fora. Um tema delimitado pode ser concluído; um tema aberto nunca termina.]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 que inclui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N.º: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Capítulos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Capítulo</w:t>
            </w:r>
          </w:p>
        </w:tc>
        <w:tc>
          <w:tcPr>
            <w:tcW w:type="dxa" w:w="532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contém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Páginas previstas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Introdução e problema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Referencial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Desenvolvimento do tema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Aplicação ou análise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Conclusões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Plano de fontes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[Distribua as fontes por tipo. Se todas forem páginas de internet sem autor, o trabalho perde respaldo.]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Tipo de fonte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Quantas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Onde procurar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Livros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Artigos acadêmicos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Relatórios ou documentos institucionais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Páginas web com autor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Sumário provisório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[Monte no início e ajuste no final. Ajuda a ver se um capítulo ficou desproporcional antes de escrevê-lo.]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Como as fontes são citadas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[Escolha um único estilo de citação (autor e ano, ou nota de rodapé) e use igual em todo o trabalho. Cada citação no texto deve aparecer na lista final, e cada item da lista deve estar citado no texto.]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Cronograma por capítulos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Capítulo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Introdução e problema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Referencial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Desenvolvimento do tema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Aplicação ou análise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Conclusões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Lista de verificação antes de entregar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737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Ponto a revisar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Sim / Não</w:t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Cada capítulo responde a uma parte do tema delimitado?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Todas as citações do texto estão na lista final?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Todos os itens da lista estão citados no texto?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objetivo é respondido nas conclusões?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Verifiquei se não há trechos copiados sem aspas nem citação?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Revisei paginação, sumário e ortografia?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AUTOR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PROFESSOR ORIENTADOR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instituição] · Monografia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Monografía</dc:title>
  <dc:subject>Plan de una monografía por capítulos y fuentes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